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7595AE" w14:textId="4389531D" w:rsidR="007903E6" w:rsidRDefault="00000000">
      <w:pPr>
        <w:pStyle w:val="Heading1"/>
      </w:pPr>
      <w:r>
        <w:t>Class 8 – Mathematics MCQ</w:t>
      </w:r>
      <w:r w:rsidR="004717BF">
        <w:t xml:space="preserve"> CLASS TEST.                             F.M: 10</w:t>
      </w:r>
    </w:p>
    <w:p w14:paraId="38FBE238" w14:textId="77777777" w:rsidR="007903E6" w:rsidRDefault="00000000">
      <w:r>
        <w:t>Chapters: Rational Numbers | Linear Equations in One Variable | Understanding Quadrilaterals</w:t>
      </w:r>
    </w:p>
    <w:p w14:paraId="3222460D" w14:textId="77777777" w:rsidR="007903E6" w:rsidRDefault="00000000">
      <w:r>
        <w:t>Instructions: Choose the correct option. Each question carries 1 mark.</w:t>
      </w:r>
      <w:r>
        <w:br/>
      </w:r>
    </w:p>
    <w:p w14:paraId="67E6340A" w14:textId="77777777" w:rsidR="007903E6" w:rsidRDefault="00000000">
      <w:pPr>
        <w:pStyle w:val="ListNumber"/>
      </w:pPr>
      <w:r>
        <w:t>Q1. Between any two distinct rational numbers, there exists:</w:t>
      </w:r>
    </w:p>
    <w:p w14:paraId="0567633D" w14:textId="77777777" w:rsidR="007903E6" w:rsidRDefault="00000000">
      <w:r>
        <w:t>A. Only one rational number    B. Only one irrational number    C. Countably many rational numbers    D. No number</w:t>
      </w:r>
    </w:p>
    <w:p w14:paraId="6A56DB72" w14:textId="77777777" w:rsidR="007903E6" w:rsidRDefault="00000000">
      <w:pPr>
        <w:pStyle w:val="ListNumber"/>
      </w:pPr>
      <w:r>
        <w:t>Q2. The multiplicative inverse of -4/7 is:</w:t>
      </w:r>
    </w:p>
    <w:p w14:paraId="212D9EC6" w14:textId="77777777" w:rsidR="007903E6" w:rsidRDefault="00000000">
      <w:r>
        <w:t>A. 7/4    B. -7/4    C. 4/7    D. -4/7</w:t>
      </w:r>
    </w:p>
    <w:p w14:paraId="6E30DD28" w14:textId="77777777" w:rsidR="007903E6" w:rsidRDefault="00000000">
      <w:pPr>
        <w:pStyle w:val="ListNumber"/>
      </w:pPr>
      <w:r>
        <w:t>Q3. Which of the following is a false statement?</w:t>
      </w:r>
    </w:p>
    <w:p w14:paraId="63A12F74" w14:textId="77777777" w:rsidR="007903E6" w:rsidRDefault="00000000">
      <w:r>
        <w:t>A. Every whole number is a rational number    B. Rational numbers are closed under multiplication    C. Rational numbers are closed under division    D. 0 is a rational number</w:t>
      </w:r>
    </w:p>
    <w:p w14:paraId="39A672F2" w14:textId="77777777" w:rsidR="007903E6" w:rsidRDefault="00000000">
      <w:pPr>
        <w:pStyle w:val="ListNumber"/>
      </w:pPr>
      <w:r>
        <w:t>Q4. The value of 3/4 + (-5/6) is:</w:t>
      </w:r>
    </w:p>
    <w:p w14:paraId="419486C7" w14:textId="77777777" w:rsidR="007903E6" w:rsidRDefault="00000000">
      <w:r>
        <w:t>A. 1/12    B. -1/12    C. 19/24    D. -19/24</w:t>
      </w:r>
    </w:p>
    <w:p w14:paraId="7A036A77" w14:textId="77777777" w:rsidR="007903E6" w:rsidRDefault="00000000">
      <w:pPr>
        <w:pStyle w:val="ListNumber"/>
      </w:pPr>
      <w:r>
        <w:t>Q5. Solve: (5x + 1)/2 = (x - 3)/4</w:t>
      </w:r>
    </w:p>
    <w:p w14:paraId="70183FD4" w14:textId="563D8152" w:rsidR="007903E6" w:rsidRDefault="00000000">
      <w:r>
        <w:t xml:space="preserve">A. x = -2    B. x = </w:t>
      </w:r>
      <w:r w:rsidR="0046343E">
        <w:t>-</w:t>
      </w:r>
      <w:r w:rsidR="00367F92">
        <w:t xml:space="preserve"> 5/9</w:t>
      </w:r>
      <w:r>
        <w:t xml:space="preserve">    C. x = -1    D. x = 2</w:t>
      </w:r>
    </w:p>
    <w:p w14:paraId="6D5597BB" w14:textId="77777777" w:rsidR="007903E6" w:rsidRDefault="00000000">
      <w:pPr>
        <w:pStyle w:val="ListNumber"/>
      </w:pPr>
      <w:r>
        <w:t>Q6. Which of the following equations has infinitely many solutions?</w:t>
      </w:r>
    </w:p>
    <w:p w14:paraId="07AADA8C" w14:textId="77777777" w:rsidR="007903E6" w:rsidRDefault="00000000">
      <w:r>
        <w:t>A. 4x + 5 = 4x + 5    B. 2x = 5x    C. 3x + 1 = 3x + 5    D. x + 2 = x - 2</w:t>
      </w:r>
    </w:p>
    <w:p w14:paraId="408ED8D8" w14:textId="77777777" w:rsidR="007903E6" w:rsidRDefault="00000000">
      <w:pPr>
        <w:pStyle w:val="ListNumber"/>
      </w:pPr>
      <w:r>
        <w:t>Q7. The value of x satisfying 2(3x - 1) = 4x + 2 is:</w:t>
      </w:r>
    </w:p>
    <w:p w14:paraId="4321A1D9" w14:textId="77777777" w:rsidR="007903E6" w:rsidRDefault="00000000">
      <w:r>
        <w:t>A. x = 2    B. x = 1    C. x = 0    D. x = -1</w:t>
      </w:r>
    </w:p>
    <w:p w14:paraId="7C4AD154" w14:textId="77777777" w:rsidR="007903E6" w:rsidRDefault="00000000">
      <w:pPr>
        <w:pStyle w:val="ListNumber"/>
      </w:pPr>
      <w:r>
        <w:t>Q8. The number of diagonals in a regular octagon is:</w:t>
      </w:r>
    </w:p>
    <w:p w14:paraId="5D4D7900" w14:textId="77777777" w:rsidR="007903E6" w:rsidRDefault="00000000">
      <w:r>
        <w:t>A. 20    B. 24    C. 16    D. 28</w:t>
      </w:r>
    </w:p>
    <w:p w14:paraId="0027EE03" w14:textId="77777777" w:rsidR="007903E6" w:rsidRDefault="00000000">
      <w:pPr>
        <w:pStyle w:val="ListNumber"/>
      </w:pPr>
      <w:r>
        <w:t>Q9. Which of the following statements about parallelograms is not always true?</w:t>
      </w:r>
    </w:p>
    <w:p w14:paraId="16E2A9FB" w14:textId="77777777" w:rsidR="007903E6" w:rsidRDefault="00000000">
      <w:r>
        <w:t>A. Opposite angles are equal    B. Diagonals bisect each other    C. Diagonals are equal in length    D. Opposite sides are equal</w:t>
      </w:r>
    </w:p>
    <w:p w14:paraId="68C7DC30" w14:textId="77777777" w:rsidR="00F954B1" w:rsidRDefault="00000000" w:rsidP="00F954B1">
      <w:pPr>
        <w:pStyle w:val="ListNumber"/>
      </w:pPr>
      <w:r>
        <w:t>Q10. The measure of each interior angle of a regular nonagon is:</w:t>
      </w:r>
    </w:p>
    <w:p w14:paraId="5BC3A084" w14:textId="3516DB1A" w:rsidR="007903E6" w:rsidRDefault="003A2B24" w:rsidP="003A2B24">
      <w:pPr>
        <w:pStyle w:val="ListNumber"/>
        <w:numPr>
          <w:ilvl w:val="0"/>
          <w:numId w:val="0"/>
        </w:numPr>
      </w:pPr>
      <w:r>
        <w:t xml:space="preserve"> A. 140°    B. 147°    C. 150°    D. 160°</w:t>
      </w:r>
    </w:p>
    <w:p w14:paraId="68395DE7" w14:textId="77777777" w:rsidR="00D61FD0" w:rsidRDefault="00D61FD0" w:rsidP="003A2B24">
      <w:pPr>
        <w:pStyle w:val="ListNumber"/>
        <w:numPr>
          <w:ilvl w:val="0"/>
          <w:numId w:val="0"/>
        </w:numPr>
      </w:pPr>
    </w:p>
    <w:p w14:paraId="0ECC07DD" w14:textId="7A4A200C" w:rsidR="00D61FD0" w:rsidRDefault="00D61FD0" w:rsidP="00DD3986">
      <w:pPr>
        <w:pStyle w:val="ListNumber"/>
      </w:pPr>
      <w:r>
        <w:t>Which of the following numbers is not a rational number?</w:t>
      </w:r>
    </w:p>
    <w:p w14:paraId="44566215" w14:textId="77777777" w:rsidR="00D61FD0" w:rsidRDefault="00D61FD0" w:rsidP="00DD3986">
      <w:r>
        <w:t>A. 0/5    B. 5/0    C. -3/4    D. 0</w:t>
      </w:r>
    </w:p>
    <w:p w14:paraId="40FD8D54" w14:textId="72E88307" w:rsidR="00D61FD0" w:rsidRDefault="00D61FD0" w:rsidP="00DD3986">
      <w:pPr>
        <w:pStyle w:val="ListNumber"/>
      </w:pPr>
      <w:r>
        <w:t>What is the additive inverse of -7/9?</w:t>
      </w:r>
    </w:p>
    <w:p w14:paraId="5A23B737" w14:textId="77777777" w:rsidR="00D61FD0" w:rsidRDefault="00D61FD0" w:rsidP="00DD3986">
      <w:r>
        <w:t>A. 7/9    B. -7/9    C. 0    D. 2/9</w:t>
      </w:r>
    </w:p>
    <w:p w14:paraId="2738A1CF" w14:textId="59D585EB" w:rsidR="00D61FD0" w:rsidRDefault="00D61FD0" w:rsidP="00DD3986">
      <w:pPr>
        <w:pStyle w:val="ListNumber"/>
      </w:pPr>
      <w:r>
        <w:t>Which property is used in: 2/3 + 5/6 = 5/6 + 2/3?</w:t>
      </w:r>
    </w:p>
    <w:p w14:paraId="42A43A19" w14:textId="77777777" w:rsidR="00D61FD0" w:rsidRDefault="00D61FD0" w:rsidP="00DD3986">
      <w:r>
        <w:t>A. Associative    B. Commutative    C. Distributive    D. Closure</w:t>
      </w:r>
    </w:p>
    <w:p w14:paraId="315597E4" w14:textId="1E7E5797" w:rsidR="00D61FD0" w:rsidRDefault="00D61FD0" w:rsidP="00DD3986">
      <w:pPr>
        <w:pStyle w:val="ListNumber"/>
      </w:pPr>
      <w:r>
        <w:t xml:space="preserve"> If one rational number is -3/7 and their product is 1, the other number is:</w:t>
      </w:r>
    </w:p>
    <w:p w14:paraId="3BB0D241" w14:textId="77777777" w:rsidR="00D61FD0" w:rsidRDefault="00D61FD0" w:rsidP="00DD3986">
      <w:r>
        <w:t>A. -7/3    B. 3/7    C. -3/7    D. 7/3</w:t>
      </w:r>
    </w:p>
    <w:p w14:paraId="097EEBF2" w14:textId="632EE525" w:rsidR="00D61FD0" w:rsidRDefault="00D61FD0" w:rsidP="00DD3986">
      <w:pPr>
        <w:pStyle w:val="ListNumber"/>
      </w:pPr>
      <w:r>
        <w:t>The sum of 3/5, -2/5, and 4/5 is:</w:t>
      </w:r>
    </w:p>
    <w:p w14:paraId="652E5EB4" w14:textId="77777777" w:rsidR="00D61FD0" w:rsidRDefault="00D61FD0" w:rsidP="00DD3986">
      <w:r>
        <w:t>A. 5/5    B. 3/5    C. 4/5    D. 2/5</w:t>
      </w:r>
    </w:p>
    <w:p w14:paraId="3EF41DA5" w14:textId="6C7B9FBE" w:rsidR="00D61FD0" w:rsidRDefault="00D61FD0" w:rsidP="00DD3986">
      <w:pPr>
        <w:pStyle w:val="ListNumber"/>
      </w:pPr>
      <w:r>
        <w:t xml:space="preserve"> If 3x - 4 = 2x + 1, then x =</w:t>
      </w:r>
    </w:p>
    <w:p w14:paraId="36221F41" w14:textId="5FAB2666" w:rsidR="00D61FD0" w:rsidRDefault="00D61FD0" w:rsidP="00DD3986">
      <w:r>
        <w:t xml:space="preserve">A. </w:t>
      </w:r>
      <w:r w:rsidR="00FA5C31">
        <w:t xml:space="preserve">8  </w:t>
      </w:r>
      <w:r>
        <w:t xml:space="preserve">  B. 5    C. -5    D. -4</w:t>
      </w:r>
    </w:p>
    <w:p w14:paraId="5615D20F" w14:textId="11E87CBF" w:rsidR="00D61FD0" w:rsidRDefault="00D61FD0" w:rsidP="00DD3986">
      <w:pPr>
        <w:pStyle w:val="ListNumber"/>
      </w:pPr>
      <w:r>
        <w:t>Solve: (2x - 1)/3 = (x + 2)/2</w:t>
      </w:r>
    </w:p>
    <w:p w14:paraId="1E28744D" w14:textId="77777777" w:rsidR="00D61FD0" w:rsidRDefault="00D61FD0" w:rsidP="00DD3986">
      <w:r>
        <w:t>A. 4    B. 3    C. 2    D. 1</w:t>
      </w:r>
    </w:p>
    <w:p w14:paraId="11026233" w14:textId="6BF07F1C" w:rsidR="00D61FD0" w:rsidRDefault="00D61FD0" w:rsidP="00DD3986">
      <w:pPr>
        <w:pStyle w:val="ListNumber"/>
      </w:pPr>
      <w:r>
        <w:t>Which equation has no solution?</w:t>
      </w:r>
    </w:p>
    <w:p w14:paraId="237E0928" w14:textId="77777777" w:rsidR="00D61FD0" w:rsidRDefault="00D61FD0" w:rsidP="00DD3986">
      <w:r>
        <w:t>A. 2x + 3 = 2x + 3    B. 5x + 2 = 5x + 7    C. 4x = 4x    D. 6x - 1 = 6x - 1</w:t>
      </w:r>
    </w:p>
    <w:p w14:paraId="35321A13" w14:textId="06C341DA" w:rsidR="00D61FD0" w:rsidRDefault="00D61FD0" w:rsidP="00DD3986">
      <w:pPr>
        <w:pStyle w:val="ListNumber"/>
      </w:pPr>
      <w:r>
        <w:t>A quadrilateral where diagonals bisect and are perpendicular:</w:t>
      </w:r>
    </w:p>
    <w:p w14:paraId="5E1F1CDF" w14:textId="77777777" w:rsidR="00D61FD0" w:rsidRDefault="00D61FD0" w:rsidP="00DD3986">
      <w:r>
        <w:t>A. Rectangle    B. Rhombus    C. Parallelogram    D. Trapezium</w:t>
      </w:r>
    </w:p>
    <w:p w14:paraId="6AA38C46" w14:textId="4805092B" w:rsidR="00D61FD0" w:rsidRDefault="00D61FD0" w:rsidP="00DD3986">
      <w:pPr>
        <w:pStyle w:val="ListNumber"/>
      </w:pPr>
      <w:r>
        <w:t xml:space="preserve"> Each exterior angle of a regular octagon measures:</w:t>
      </w:r>
    </w:p>
    <w:p w14:paraId="1F493D89" w14:textId="77777777" w:rsidR="00D61FD0" w:rsidRDefault="00D61FD0" w:rsidP="00DD3986">
      <w:r>
        <w:t>A. 30°    B. 40°    C. 45°    D. 60°</w:t>
      </w:r>
    </w:p>
    <w:p w14:paraId="1B93C3D2" w14:textId="77777777" w:rsidR="00D61FD0" w:rsidRDefault="00D61FD0" w:rsidP="003A2B24">
      <w:pPr>
        <w:pStyle w:val="ListNumber"/>
        <w:numPr>
          <w:ilvl w:val="0"/>
          <w:numId w:val="0"/>
        </w:numPr>
      </w:pPr>
    </w:p>
    <w:sectPr w:rsidR="00D61FD0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091045095">
    <w:abstractNumId w:val="8"/>
  </w:num>
  <w:num w:numId="2" w16cid:durableId="585767873">
    <w:abstractNumId w:val="6"/>
  </w:num>
  <w:num w:numId="3" w16cid:durableId="39672464">
    <w:abstractNumId w:val="5"/>
  </w:num>
  <w:num w:numId="4" w16cid:durableId="648024655">
    <w:abstractNumId w:val="4"/>
  </w:num>
  <w:num w:numId="5" w16cid:durableId="470944278">
    <w:abstractNumId w:val="7"/>
  </w:num>
  <w:num w:numId="6" w16cid:durableId="336881108">
    <w:abstractNumId w:val="3"/>
  </w:num>
  <w:num w:numId="7" w16cid:durableId="126095520">
    <w:abstractNumId w:val="2"/>
  </w:num>
  <w:num w:numId="8" w16cid:durableId="2146502867">
    <w:abstractNumId w:val="1"/>
  </w:num>
  <w:num w:numId="9" w16cid:durableId="871182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48"/>
  <w:proofState w:spelling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367F92"/>
    <w:rsid w:val="003A2B24"/>
    <w:rsid w:val="0046343E"/>
    <w:rsid w:val="004717BF"/>
    <w:rsid w:val="00605223"/>
    <w:rsid w:val="006114FC"/>
    <w:rsid w:val="0074680D"/>
    <w:rsid w:val="00774187"/>
    <w:rsid w:val="007903E6"/>
    <w:rsid w:val="0080470D"/>
    <w:rsid w:val="00870CC1"/>
    <w:rsid w:val="00901F67"/>
    <w:rsid w:val="00AA1D8D"/>
    <w:rsid w:val="00B47730"/>
    <w:rsid w:val="00BE1A24"/>
    <w:rsid w:val="00CB0664"/>
    <w:rsid w:val="00D61FD0"/>
    <w:rsid w:val="00F954B1"/>
    <w:rsid w:val="00FA5C31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B99F658"/>
  <w14:defaultImageDpi w14:val="300"/>
  <w15:docId w15:val="{9393AA28-394E-504F-A7B6-002FFF2860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 /><Relationship Id="rId7" Type="http://schemas.openxmlformats.org/officeDocument/2006/relationships/theme" Target="theme/theme1.xml" /><Relationship Id="rId2" Type="http://schemas.openxmlformats.org/officeDocument/2006/relationships/numbering" Target="numbering.xml" /><Relationship Id="rId1" Type="http://schemas.openxmlformats.org/officeDocument/2006/relationships/customXml" Target="../customXml/item1.xml" /><Relationship Id="rId6" Type="http://schemas.openxmlformats.org/officeDocument/2006/relationships/fontTable" Target="fontTable.xml" /><Relationship Id="rId5" Type="http://schemas.openxmlformats.org/officeDocument/2006/relationships/webSettings" Target="webSettings.xml" /><Relationship Id="rId4" Type="http://schemas.openxmlformats.org/officeDocument/2006/relationships/settings" Target="setting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364</Words>
  <Characters>2081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2441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Koushik Mondal</cp:lastModifiedBy>
  <cp:revision>12</cp:revision>
  <dcterms:created xsi:type="dcterms:W3CDTF">2025-06-19T02:51:00Z</dcterms:created>
  <dcterms:modified xsi:type="dcterms:W3CDTF">2025-06-19T03:47:00Z</dcterms:modified>
  <cp:category/>
</cp:coreProperties>
</file>